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صان في الشعر الجاهلي عنترة وامرؤ القي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مة بود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شعر/ الجاهلية/ الحص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