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دلالة القناع في رواية " كراف الخطايا " لعبد الله عيسى لحيلح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صبرينة بلعطار/ سومية خطابي/ خليل سليمة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80040511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القناع/ البنية السردية/ الرواية الجزائرية/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