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معاني حرف الجر " الباء واللام " في سورة البقرة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رانة خديم الله/ لويزة حمدي/ عواريب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80033511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الحرف/ حروف الجر/ الجار و المجرور/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