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التكرار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نريمان باي/ سارة بن شيكو/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أنواع التكرار/ وظائف التكراري/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