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العاذل في شعر الصعاليك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قدور بولعجين/ بوجمعة طلحة/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اللغة الشعرية/ موسيقى الشعر/ بواعث العذل/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