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قيم الوصايا في العصر الجاهلي وصية أكثم بن صيفي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أسياء يوقريقة/ نهاد بوطمينة/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العصر الجاهلي/ الوصية/ الحديث النبوي الشريف/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