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"رثاء الأندلس " في شعر أبي البقاء الرندي دراسة أسلوبية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مراد صوفان/ بلال زعيتر/ خليل سليمة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الأندلسي/ الأسلوبية/ الشعر الأندلسي/ الرثاء/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