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الإصلاحات المالية على تفعيل دور الوساطة المالية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بوبكر كرباش/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الوساطة المالية/ الإصلاح المالي/ التحرر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