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حوكمة البنوك في المؤسسات المصرفية الجزائ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نوشة مريم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صرفية/ الحوكمة/ منظمات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