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المنافسة على سلوك المستهلك - دراسة مقارنة دراسة حالة  سوق الهاتف النقال ( جيزي ونجمة و موبيليس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بولعراس فاطمة الزهراء/ بوقجاني جنات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سلوك المستهلك/ الميزة التنافسية/ الخلفية النظرية للمنافسة/ دراسة البيئة التنافسية/ سوق الهاتف النقال/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