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الإستثمارات الأجنبية المباشرة ودورها في تدويل نشاطات البحوث والتطوير في الدول المضيفة دراسة حالة  شركة موتورولا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غراز الطاوس/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الشركات المتعددة الجنسيات/ الإستثمار الأجنبي المباشر/ البحوث و التطوير/ التدويل/ سياسات البحوث و التطوير/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