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السوق المالي على النمو الاقتصادي دراسة حالة السوق المالي الجزائري ومقارنته بالسوق المالي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سباعي فرح/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النمو الإقتصادي/ النظام المالي/ السوق المالي الجزائري/ السوق المالي الفرنسي/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