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اقتصادية لظاهرة التضخم في الجزائر دراسة حالة 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عياد طارق/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التضخم/ أنواع التضخم/ الآثار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