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تخطيط الموارد البشرية في المؤسسات الجامعية دراسة حالة  المركز الجامعي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بيلق شهرزاد/ علي موسى أمال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الموارد البشرية/ إدارة الموارد البشرية/ تخطيط الموارد البشرية/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