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تفعيل السوق المالي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عواطي رانة/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بورصة الجزائر/ الوساطة المالية/ اللاوساطة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