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et réalisation d'un site web pour une agence de location des voitures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Lakhal dounia/ Djaaboub Salim(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commerce électronique/ uml/ Technologie Web/ processus unifier/ Modélisation UML/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