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d'un site web dynamique pour la gestion des comptes bancaire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Ishak boulfoul/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Web/ Modélisation UML/ les banques/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