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développement d'une application de messagerie électronique pour le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Bouhbila ilham/ Lalou Mohammed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mysql/ EasyPHP/ la modélisation UML/ PHP/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