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assurant le support technique du réseau informatique d'une 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Nebti imen/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SQL/ Technologie Web/ EasyPHP/ HTML/ JavaScript/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