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assistant du professeur avancé pour les smartpohnes de type android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Bouchalia zakaria/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Les Smartphones/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