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système d'information de gestion d'un laboratoira dans un établissement scolaire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Bourafa Saida/ Afri Faiza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modèle linéaire/ uml/ Delphi/ Diagramme de classe/ Modèle iterative/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