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le partage des documents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Belkacemi Roumeissa/ Boukhchem nadhir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mysql/ PHP/ HTML/ CSS/ JavaScripts/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