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automatisée d'une bibliothèque numérique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Legrioui Nawel/ Bouchemal Nardjes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mysql/ PHP/ HTML/ UP/ World Wide Web/ Easy PHP/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