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dynamique pour une agence de voyage et de tourisme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Bouzidi nour el houda/ Deffas Zineb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UP/ Site web/ Agence de voyage et de tourisme/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