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realisation d'un site web dynamique pour la gestion et le suivi des journées scientifiques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Bouanane imane/ Merabet Adil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Processus Unifié UP/ mysql/ PHP/ HTML/ CSS/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