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les offres et demandes d'emplois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Bensiammar aichouche/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HTML/ CSS/ L’architecture client-serveur/ Hébergeur web/ Diagrammes d'interaction/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