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produits chimiques au sein des laboratoires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Mechitoua Amal/ Maouche fadhila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Delphi/ produits chimiques/ produit périmé/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