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orthogonale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Guezira wassila/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de hilbert/ Théorème de projection/ Bases Hilbertiennes/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