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théorie des bifur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ahia selwa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ynamiques/ La théorie des bifurcatio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