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dynamique chaotique : attracteur de lorenz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Guerini teffaha/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notions préliminaires/ Point d’équilibre/ La linéarisation/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