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 de stirling et séries de catalan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Basli mehdi/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Nombre de Stirling/ Nombre de catalan/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