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Développement d'un système d'informatin pour la gestion des ressourses humaines; automatisation du suivi de carrière et  formation du  personnel au sein de la CNR de mila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Bouzeraa nabila/ benabderrahmane fatiha encadreur/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1.éd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120p.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00414111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ORACLE/ uml/ java/ Orienté Objet/ JDBC/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