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algorithme modifiié pour la méthode de ye-lustig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Lekcir Kamal Eddine/ Leulmi Assma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linéaire/ Méthode de Karmarkar/ Méthode de Ye-Lustig/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