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des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Boutaghane razika/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algébriques/ Algèbre des fractions rationnelles/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