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L'espace Lp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yacoub Zina/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Préliminaires/ les espaces Lp/ l'intégrale de Riemann/ Inégalités/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