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في الحد من التلوث البيئي  دراسة ميدانية بولاية ميلة خلال الفترة (2007-2012)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سلمي راوية/ حراق مصباح(رئيسا),هبول محمد (عضوا مناقشا),عاشوري نعيم(مشرفا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البيئة/ التلوث البيئي/ السياسات البيئية/ الجباية البيئية/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