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تنشيط سوق الاوراق المالية  دراسة مقارنة : بين بورصة الجزائر وبورصة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عقون سامية/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الأسهم/ السندات/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