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الخدمات المصرفية من وجهة نظر العملاء دراسة حالة بنك الفلاحة والتنمية الريفية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خلوف هاجر/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الخدمات/ الجودة/ الخدمات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