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البيئة التسويقية على سياسة التسعير  دراسة حالة عينة من ملبنات مشتقات الحليب بالشرق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المؤسسة/ التسويق/ السعر/ المزيج التسويقي/ سياسات التسعير/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