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خدمات التأمين الصحي من وجهة نظر المنتسبين دراسة حالة الصندوق الوطني للضمان الاجتماعي للعمال الأجراء CNAS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حنان مقهول/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جودة الخدمة/ التأمين الصحي/ الخدمة الصحية/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