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تحسين خدمة المؤسسات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عاشوري نسيمة/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الخدمات الصحية/ المؤسسات الصحية/ إدارة الجودة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