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الرؤيا والفن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قاسمي شاهيناز/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الإيقاع/ الصورة الفنية/ المعلقة/ الصور البديعية/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