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النّبل والحرب في معلقة عنترة بن شداد: ــ دراسة بنيوية 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راوية يخلف/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المعلقة/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