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بكر بن حماد -دراسة موضوعاتية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غطوط فوزية/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بكر بن حماد/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