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لامية ابن جابر الأندلسي في المديح النبوي - دراسة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يمينة بن صالح/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النص الشعري/ الصورة الشعرية/ المديح النبوي/ اللغة و الأسلوب/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