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معلقة امرىء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جوامبي/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الشعر/ السرد/ المعلقة/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