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العميان بشار بن برد -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زليخة بوقويسم/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الشعر/ المرأة/ الغزل/ المعجم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