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دالية بن جابر الأندلسي :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كنزة بوشلوش/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الأسلوبية/ الأسلوب/ المستوى الصوتي/ المستوى الصرفي/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