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الرمز في قصص كليلة ودمنة لابن المقفع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ليلى حمودي/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الأسطورة/ الرمز/ السيمياء/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