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الأنوثة في شعر ابن 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دباش مريم/ بن جامع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80046011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الأضداد/ الإنسان/ الأنا و الآخر/ لوائح التأنيث/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